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AZİLNAME</w:t>
      </w:r>
    </w:p>
    <w:p>
      <w:pPr>
        <w:spacing w:after="120"/>
        <w:jc w:val="both"/>
      </w:pPr>
      <w:r>
        <w:rPr>
          <w:b/>
        </w:rPr>
        <w:t xml:space="preserve">AZLEDEN: </w:t>
      </w:r>
      <w:r>
        <w:t>……… (T.C. Kimlik No: ………) Adres: ………</w:t>
      </w:r>
    </w:p>
    <w:p>
      <w:pPr>
        <w:spacing w:after="120"/>
        <w:jc w:val="both"/>
      </w:pPr>
      <w:r>
        <w:rPr>
          <w:b/>
        </w:rPr>
        <w:t xml:space="preserve">AZLEDİLEN VEKİL: </w:t>
      </w:r>
      <w:r>
        <w:t>……… (T.C. Kimlik No: ………) Adres: ………</w:t>
      </w:r>
    </w:p>
    <w:p>
      <w:pPr>
        <w:spacing w:after="100"/>
        <w:jc w:val="both"/>
      </w:pPr>
      <w:r>
        <w:t>……… Noterliğinin …/…/…… tarih ve ……… yevmiye numaralı vekâletnamesi ile tarafımdan vekil tayin edilmiştiniz. Ayrıca tarih, yevmiye numarası ve noterliğini hatırlayamadığım başka vekâletnameler ile de vekil tayin edilmiş olabilirsiniz.</w:t>
      </w:r>
    </w:p>
    <w:p>
      <w:pPr>
        <w:spacing w:after="100"/>
        <w:jc w:val="both"/>
      </w:pPr>
      <w:r>
        <w:t>Gördüğüm lüzum üzerine sizi bu tarihten itibaren yukarıda belirtilen vekâletname ile tarafınıza verilmiş olan bütün vekâletnamelerdeki bütün yetkilerden azlettim. Bu tarihten sonra adıma hiçbir işlem yapmamanızı, elinizdeki vekâletname asıl ve örneklerini iade etmenizi ihtar ederim.</w:t>
      </w:r>
    </w:p>
    <w:p>
      <w:pPr>
        <w:spacing w:after="100"/>
        <w:jc w:val="both"/>
      </w:pPr>
      <w:r>
        <w:t>İşbu azilnamenin bir örneğinin muhataba tebliğini, bir örneğinin de tebliğ şerhi verilerek tarafıma verilmesini talep ederim. …/…/……</w:t>
      </w:r>
    </w:p>
    <w:p>
      <w:pPr>
        <w:spacing w:after="120"/>
        <w:jc w:val="both"/>
      </w:pPr>
      <w:r>
        <w:rPr>
          <w:b/>
        </w:rPr>
        <w:t xml:space="preserve">AZLEDEN: </w:t>
      </w:r>
      <w:r>
        <w:t>Adı Soyadı – İmza</w:t>
      </w:r>
    </w:p>
    <w:p/>
    <w:p>
      <w:r>
        <w:rPr>
          <w:i/>
          <w:sz w:val="17"/>
        </w:rPr>
        <w:t>Bu örnek Av. Aydın Aydar (avukataydinaydar.com) tarafından genel bilgilendirme amacıyla hazırlanmıştır; her dosya farklıdır. Noktalı alanları doldurun ve işlemi yapmadan önce noterden ve bir avukattan bilgi alın.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