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HÂKİMLİĞİ'NE</w:t>
      </w:r>
    </w:p>
    <w:p>
      <w:pPr>
        <w:spacing w:after="120"/>
        <w:jc w:val="both"/>
      </w:pPr>
      <w:r>
        <w:rPr>
          <w:b/>
        </w:rPr>
        <w:t xml:space="preserve">DOSYA NO: </w:t>
      </w:r>
      <w:r>
        <w:t>……/…… Değişik İş</w:t>
      </w:r>
    </w:p>
    <w:p>
      <w:pPr>
        <w:spacing w:after="120"/>
        <w:jc w:val="both"/>
      </w:pPr>
      <w:r>
        <w:rPr>
          <w:b/>
        </w:rPr>
        <w:t xml:space="preserve">TALEP EDEN (KORUNAN KİŞİ): </w:t>
      </w:r>
      <w:r>
        <w:t>………</w:t>
      </w:r>
    </w:p>
    <w:p>
      <w:pPr>
        <w:spacing w:after="120"/>
        <w:jc w:val="both"/>
      </w:pPr>
      <w:r>
        <w:rPr>
          <w:b/>
        </w:rPr>
        <w:t xml:space="preserve">ŞİDDET UYGULAYAN: </w:t>
      </w:r>
      <w:r>
        <w:t>………</w:t>
      </w:r>
    </w:p>
    <w:p>
      <w:pPr>
        <w:spacing w:after="120"/>
        <w:jc w:val="both"/>
      </w:pPr>
      <w:r>
        <w:rPr>
          <w:b/>
        </w:rPr>
        <w:t xml:space="preserve">KONU: </w:t>
      </w:r>
      <w:r>
        <w:t>…/…/…… tarihli tedbir kararının süresinin uzatılması talebidir.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Mahkemenizin yukarıdaki dosyasında …/…/…… tarihinde ……… süreyle tedbir kararı verilmiştir. Süre …/…/…… tarihinde dolacaktır.</w:t>
      </w:r>
    </w:p>
    <w:p>
      <w:pPr>
        <w:spacing w:after="100"/>
        <w:jc w:val="both"/>
      </w:pPr>
      <w:r>
        <w:t>2. Şiddet tehlikesi devam etmektedir. Karar süresince …/…/…… tarihinde ………; …/…/…… tarihinde ……… yaşanmıştır.</w:t>
      </w:r>
    </w:p>
    <w:p>
      <w:pPr>
        <w:spacing w:after="100"/>
        <w:jc w:val="both"/>
      </w:pPr>
      <w:r>
        <w:t>3. 6284 sayılı Kanun'un 8. maddesinin ikinci fıkrası uyarınca, şiddet veya şiddet tehlikesinin devam edeceğinin anlaşıldığı hâllerde tedbirlerin süresi uzatılabilir.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…/…/…… tarihli tedbir kararının aynen ve ……… süreyle uzatılmasına karar verilmesini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TALEP EDEN: </w:t>
      </w:r>
      <w:r>
        <w:t>Adı Soyadı – İmza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mahkemeye vermeden önce bir avukata kontrol ettirin. Dava dilekçesine davalı sayısı kadar örnek eklenir (HMK m. 118); kendiniz için de bir örnek saklayın.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