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ANLAŞMALI BOŞANMA PROTOKOLÜ</w:t>
      </w:r>
    </w:p>
    <w:p>
      <w:pPr>
        <w:jc w:val="center"/>
      </w:pPr>
      <w:r>
        <w:rPr>
          <w:i/>
          <w:sz w:val="20"/>
        </w:rPr>
        <w:t>Çocuksuz, Mal ve Nafaka Talebi Olmayan Anlaşmalı Boşanma Protokolü Örneği</w:t>
      </w:r>
    </w:p>
    <w:p>
      <w:pPr>
        <w:spacing w:after="160"/>
      </w:pPr>
      <w:r>
        <w:t>Aşağıda kimlik ve adres bilgileri yazılı taraflar, aralarındaki evlilik birliğinin temelinden sarsıldığını kabul ederek 4721 sayılı Türk Medeni Kanunu'nun 166/3. maddesi uyarınca anlaşmalı olarak boşanmaya karar vermiş; boşanmanın malî sonuçları ile çocukların durumu hakkında aşağıdaki hususlarda tam bir mutabakata varmışlardır.</w:t>
      </w:r>
    </w:p>
    <w:p>
      <w:pPr>
        <w:spacing w:before="160" w:after="40"/>
      </w:pPr>
      <w:r>
        <w:rPr>
          <w:b/>
        </w:rPr>
        <w:t>MADDE 1 – TARAFLAR</w:t>
      </w:r>
    </w:p>
    <w:p>
      <w:pPr>
        <w:spacing w:after="80"/>
        <w:jc w:val="both"/>
      </w:pPr>
      <w:r>
        <w:t>Davacı: Adı Soyadı: ………  T.C. Kimlik No: ………  Adres: ………</w:t>
      </w:r>
    </w:p>
    <w:p>
      <w:pPr>
        <w:spacing w:after="80"/>
        <w:jc w:val="both"/>
      </w:pPr>
      <w:r>
        <w:t>Davalı: Adı Soyadı: ………  T.C. Kimlik No: ………  Adres: ………</w:t>
      </w:r>
    </w:p>
    <w:p>
      <w:pPr>
        <w:spacing w:after="80"/>
        <w:jc w:val="both"/>
      </w:pPr>
      <w:r>
        <w:t>Taraflar …/…/…… tarihinde ……… Evlendirme Memurluğunda evlenmiş olup evlilik birliği bir yılı aşkın süredir devam etmektedir. Evlilik ……… İli ……… İlçesi ……… Mahallesi/Köyü ……… cilt ……… hane numarasında nüfusa kayıtlıdır.</w:t>
      </w:r>
    </w:p>
    <w:p>
      <w:pPr>
        <w:spacing w:before="160" w:after="40"/>
      </w:pPr>
      <w:r>
        <w:rPr>
          <w:b/>
        </w:rPr>
        <w:t>MADDE 2 – BOŞANMA İRADESİ</w:t>
      </w:r>
    </w:p>
    <w:p>
      <w:pPr>
        <w:spacing w:after="80"/>
        <w:jc w:val="both"/>
      </w:pPr>
      <w:r>
        <w:t>Taraflar, evlilik birliğinin temelinden sarsıldığını, ortak hayatın sürdürülmesinin kendilerinden beklenemeyeceğini ve boşanmayı karşılıklı olarak kabul ettiklerini serbest iradeleriyle beyan ederler. Taraflar boşanma konusunda ve aşağıdaki tüm hususlarda anlaşmış olup davanın TMK m. 166/3 uyarınca kabulü ile boşanmalarına karar verilmesini talep ederler.</w:t>
      </w:r>
    </w:p>
    <w:p>
      <w:pPr>
        <w:spacing w:before="160" w:after="40"/>
      </w:pPr>
      <w:r>
        <w:rPr>
          <w:b/>
        </w:rPr>
        <w:t>MADDE 3 – YOKSULLUK NAFAKASI</w:t>
      </w:r>
    </w:p>
    <w:p>
      <w:pPr>
        <w:spacing w:after="80"/>
        <w:jc w:val="both"/>
      </w:pPr>
      <w:r>
        <w:t>Taraflar birbirlerinden yoksulluk nafakası talep etmediklerini, TMK m. 175 kapsamındaki bu haklarından karşılıklı olarak ve kesin biçimde feragat ettiklerini kabul ve beyan ederler.</w:t>
      </w:r>
    </w:p>
    <w:p>
      <w:pPr>
        <w:spacing w:before="160" w:after="40"/>
      </w:pPr>
      <w:r>
        <w:rPr>
          <w:b/>
        </w:rPr>
        <w:t>MADDE 4 – MADDÎ VE MANEVÎ TAZMİNAT</w:t>
      </w:r>
    </w:p>
    <w:p>
      <w:pPr>
        <w:spacing w:after="80"/>
        <w:jc w:val="both"/>
      </w:pPr>
      <w:r>
        <w:t>Taraflar, boşanma nedeniyle birbirlerinden maddî ve manevî tazminat talep etmediklerini, TMK m. 174 kapsamındaki haklarından karşılıklı olarak feragat ettiklerini beyan ederler.</w:t>
      </w:r>
    </w:p>
    <w:p>
      <w:pPr>
        <w:spacing w:before="160" w:after="40"/>
      </w:pPr>
      <w:r>
        <w:rPr>
          <w:b/>
        </w:rPr>
        <w:t>MADDE 5 – ZİYNET VE ÇEYİZ EŞYALARI</w:t>
      </w:r>
    </w:p>
    <w:p>
      <w:pPr>
        <w:spacing w:after="80"/>
        <w:jc w:val="both"/>
      </w:pPr>
      <w:r>
        <w:t>Düğünde takılan tüm ziynet eşyaları (……… adet bilezik, ……… adet çeyrek/yarım/tam altın, ……… gram altın, ……… TL nakit vb.) hâlen ………'da bulunmakta olup ………'a aittir. Taraflar birbirlerinden ziynet ve çeyiz eşyası talebi olmadığını / ………'ın ziynetlerin tamamını …/…/…… tarihine kadar diğer tarafa teslim edeceğini kabul ederler.</w:t>
      </w:r>
    </w:p>
    <w:p>
      <w:pPr>
        <w:spacing w:before="160" w:after="40"/>
      </w:pPr>
      <w:r>
        <w:rPr>
          <w:b/>
        </w:rPr>
        <w:t>MADDE 6 – EV EŞYALARI</w:t>
      </w:r>
    </w:p>
    <w:p>
      <w:pPr>
        <w:spacing w:after="80"/>
        <w:jc w:val="both"/>
      </w:pPr>
      <w:r>
        <w:t>Ortak konuttaki ev eşyaları taraflar arasında paylaşılmış olup ekli listede yazılı eşyalar (………) ………'a, diğer tüm eşyalar ………'a aittir. Taraflar ev eşyalarına ilişkin birbirlerinden başkaca hiçbir talepte bulunmayacaklardır.</w:t>
      </w:r>
    </w:p>
    <w:p>
      <w:pPr>
        <w:spacing w:before="160" w:after="40"/>
      </w:pPr>
      <w:r>
        <w:rPr>
          <w:b/>
        </w:rPr>
        <w:t>MADDE 7 – MAL REJİMİNİN TASFİYESİ</w:t>
      </w:r>
    </w:p>
    <w:p>
      <w:pPr>
        <w:spacing w:after="80"/>
        <w:jc w:val="both"/>
      </w:pPr>
      <w:r>
        <w:t>Taraflar, evlilik birliği içinde edinilen mallar bakımından yukarıdaki maddelerde yazılı paylaşım dışında, edinilmiş mallara katılma rejiminden doğan katılma alacağı, katkı payı alacağı ve değer artış payı alacağı dâhil TMK m. 225 ve devamı maddelerinden kaynaklanan tüm alacak haklarından karşılıklı, kayıtsız ve şartsız olarak feragat ettiklerini; birbirlerine karşı mal rejiminin tasfiyesine ilişkin herhangi bir dava ve talep hakları bulunmadığını kabul ve beyan ederler.</w:t>
      </w:r>
    </w:p>
    <w:p>
      <w:pPr>
        <w:spacing w:before="160" w:after="40"/>
      </w:pPr>
      <w:r>
        <w:rPr>
          <w:b/>
        </w:rPr>
        <w:t>MADDE 8 – AİLE KONUTU</w:t>
      </w:r>
    </w:p>
    <w:p>
      <w:pPr>
        <w:spacing w:after="80"/>
        <w:jc w:val="both"/>
      </w:pPr>
      <w:r>
        <w:t>……… adresindeki aile konutunda ………, …/…/…… tarihine kadar oturmaya devam edecek; bu tarihte konutu tahliye ederek anahtarlarını teslim edecektir. Bu tarihe kadar kira, aidat ve faturalar ……… tarafından ödenecektir. Kira sözleşmesi …/…/…… tarihinden itibaren ……… adına devam edecektir. Tapuda mevcut aile konutu şerhi kararın kesinleşmesiyle terkin edilecektir.</w:t>
      </w:r>
    </w:p>
    <w:p>
      <w:pPr>
        <w:spacing w:after="80"/>
        <w:jc w:val="both"/>
      </w:pPr>
      <w:r>
        <w:t>[Seçimlik] Taşınmaz ……… adına kayıtlı kalmakla birlikte ……… lehine …/…/…… tarihine kadar oturma hakkı tanınmasına, bu hakkın tapuya şerhine ve hükümde açıkça gösterilmesine karar verilmesini taraflar birlikte talep ederler.</w:t>
      </w:r>
    </w:p>
    <w:p>
      <w:pPr>
        <w:spacing w:before="160" w:after="40"/>
      </w:pPr>
      <w:r>
        <w:rPr>
          <w:b/>
        </w:rPr>
        <w:t>MADDE 9 – SOYADI</w:t>
      </w:r>
    </w:p>
    <w:p>
      <w:pPr>
        <w:spacing w:after="80"/>
        <w:jc w:val="both"/>
      </w:pPr>
      <w:r>
        <w:t>Kadın eş, boşanma kararının kesinleşmesiyle evlenmeden önceki soyadı olan "………" soyadını kullanacaktır. [Seçimlik: Kadın eş, TMK m. 173/2 uyarınca evlilik soyadını kullanmaya devam etmek istemekte olup erkek eş buna muvafakat eder; mahkemeden bu yönde karar verilmesi talep edilir.]</w:t>
      </w:r>
    </w:p>
    <w:p>
      <w:pPr>
        <w:spacing w:before="160" w:after="40"/>
      </w:pPr>
      <w:r>
        <w:rPr>
          <w:b/>
        </w:rPr>
        <w:t>MADDE 10 – YARGILAMA GİDERLERİ VE VEKÂLET ÜCRETİ</w:t>
      </w:r>
    </w:p>
    <w:p>
      <w:pPr>
        <w:spacing w:after="80"/>
        <w:jc w:val="both"/>
      </w:pPr>
      <w:r>
        <w:t>Taraflar, yaptıkları yargılama giderlerini kendi üzerlerinde bırakmayı, birbirlerinden yargılama gideri ve vekâlet ücreti talep etmemeyi kabul ederler.</w:t>
      </w:r>
    </w:p>
    <w:p>
      <w:pPr>
        <w:spacing w:before="160" w:after="40"/>
      </w:pPr>
      <w:r>
        <w:rPr>
          <w:b/>
        </w:rPr>
        <w:t>MADDE 11 – SON HÜKÜMLER</w:t>
      </w:r>
    </w:p>
    <w:p>
      <w:pPr>
        <w:spacing w:after="80"/>
        <w:jc w:val="both"/>
      </w:pPr>
      <w:r>
        <w:t>İşbu protokol taraflarca serbest iradeleriyle okunup anlaşılarak …/…/…… tarihinde iki nüsha olarak imzalanmıştır. Protokol, mahkemece onaylanmakla boşanma kararının eki ve ayrılmaz parçası sayılacaktır. Taraflar, protokolde düzenlenmeyen hususlarda birbirlerinden başkaca hak ve alacak talebinde bulunmayacaklarını kabul ederler.</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r>
          </w:p>
        </w:tc>
        <w:tc>
          <w:tcPr>
            <w:tcW w:type="dxa" w:w="4703"/>
          </w:tcPr>
          <w:p>
            <w:pPr>
              <w:jc w:val="center"/>
            </w:pPr>
            <w:r>
              <w:rPr>
                <w:b/>
              </w:rPr>
              <w:t>DAVALI</w:t>
            </w:r>
          </w:p>
        </w:tc>
      </w:tr>
      <w:tr>
        <w:tc>
          <w:tcPr>
            <w:tcW w:type="dxa" w:w="4703"/>
          </w:tcPr>
          <w:p>
            <w:pPr>
              <w:jc w:val="center"/>
            </w:pPr>
            <w:r>
              <w:rPr>
                <w:b/>
              </w:rPr>
              <w:t>Adı Soyadı: ………</w:t>
              <w:br/>
              <w:t>İmza:</w:t>
            </w:r>
          </w:p>
        </w:tc>
        <w:tc>
          <w:tcPr>
            <w:tcW w:type="dxa" w:w="4703"/>
          </w:tcPr>
          <w:p>
            <w:pPr>
              <w:jc w:val="center"/>
            </w:pPr>
            <w:r>
              <w:rPr>
                <w:b/>
              </w:rPr>
              <w:t>Adı Soyadı: ………</w:t>
              <w:br/>
              <w:t>İmza:</w:t>
            </w:r>
          </w:p>
        </w:tc>
      </w:tr>
    </w:tbl>
    <w:p/>
    <w:p>
      <w:r>
        <w:rPr>
          <w:i/>
          <w:sz w:val="17"/>
        </w:rPr>
        <w:t>Bu şablon Av. Aydın Aydar (avukataydinaydar.com) tarafından genel bilgilendirme amacıyla hazırlanmıştır; her boşanma dosyası farklıdır. Noktalı alanları kendi bilgilerinizle doldurun, [Seçimlik] ifadeleri durumunuza göre koruyun veya silin, kullanmadığınız maddeleri çıkarın ve protokolü mahkemeye vermeden önce bir boşanma avukatına kontrol ettirin. Her sayfanın altını her iki eş paraflamalıdır.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