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TAPU MÜDÜRLÜĞÜNE</w:t>
      </w:r>
    </w:p>
    <w:p>
      <w:pPr>
        <w:spacing w:after="120"/>
        <w:jc w:val="both"/>
      </w:pPr>
      <w:r>
        <w:rPr>
          <w:b/>
        </w:rPr>
        <w:t xml:space="preserve">TALEP EDEN (MALİK OLMAYAN EŞ): </w:t>
      </w:r>
      <w:r>
        <w:t>……… (T.C. Kimlik No: ………) Adres: ………</w:t>
      </w:r>
    </w:p>
    <w:p>
      <w:pPr>
        <w:spacing w:after="120"/>
        <w:jc w:val="both"/>
      </w:pPr>
      <w:r>
        <w:rPr>
          <w:b/>
        </w:rPr>
        <w:t xml:space="preserve">MALİK EŞ: </w:t>
      </w:r>
      <w:r>
        <w:t>……… (T.C. Kimlik No: ………)</w:t>
      </w:r>
    </w:p>
    <w:p>
      <w:pPr>
        <w:spacing w:after="120"/>
        <w:jc w:val="both"/>
      </w:pPr>
      <w:r>
        <w:rPr>
          <w:b/>
        </w:rPr>
        <w:t xml:space="preserve">TAŞINMAZ: </w:t>
      </w:r>
      <w:r>
        <w:t>……… İli, ……… İlçesi, ……… Mahallesi, ……… Ada, ……… Parsel, ……… Bağımsız Bölüm</w:t>
      </w:r>
    </w:p>
    <w:p>
      <w:pPr>
        <w:spacing w:after="120"/>
        <w:jc w:val="both"/>
      </w:pPr>
      <w:r>
        <w:rPr>
          <w:b/>
        </w:rPr>
        <w:t xml:space="preserve">KONU: </w:t>
      </w:r>
      <w:r>
        <w:t>Yukarıda bilgileri yazılı taşınmazın tapu kütüğüne aile konutu şerhi verilmesi talebidir.</w:t>
      </w:r>
    </w:p>
    <w:p>
      <w:pPr>
        <w:spacing w:after="120"/>
        <w:jc w:val="both"/>
      </w:pPr>
      <w:r>
        <w:rPr>
          <w:b/>
        </w:rPr>
        <w:t xml:space="preserve">AÇIKLAMALAR: </w:t>
      </w:r>
      <w:r/>
    </w:p>
    <w:p>
      <w:pPr>
        <w:spacing w:after="100"/>
        <w:jc w:val="both"/>
      </w:pPr>
      <w:r>
        <w:t>1. Taşınmazın maliki, …/…/…… tarihinden bu yana evli olduğum eşim ………'dır.</w:t>
      </w:r>
    </w:p>
    <w:p>
      <w:pPr>
        <w:spacing w:after="100"/>
        <w:jc w:val="both"/>
      </w:pPr>
      <w:r>
        <w:t>2. Taşınmaz, eşimle birlikte yaşadığımız ve aile konutu olarak özgülenen konuttur. Yerleşim yerimiz bu adrestir (Ek-1).</w:t>
      </w:r>
    </w:p>
    <w:p>
      <w:pPr>
        <w:spacing w:after="100"/>
        <w:jc w:val="both"/>
      </w:pPr>
      <w:r>
        <w:t>3. Türk Medeni Kanunu'nun 194. maddesinin üçüncü fıkrası ve Tapu Sicili Tüzüğü'nün 17. maddesinin ikinci fıkrası uyarınca, taşınmazın maliki olmayan eş olarak tapu kütüğüne aile konutu şerhi verilmesini talep ediyorum.</w:t>
      </w:r>
    </w:p>
    <w:p>
      <w:pPr>
        <w:spacing w:after="120"/>
        <w:jc w:val="both"/>
      </w:pPr>
      <w:r>
        <w:rPr>
          <w:b/>
        </w:rPr>
        <w:t xml:space="preserve">EKLER: </w:t>
      </w:r>
      <w:r>
        <w:t>1- Yerleşim yeri belgesi, 2- Medeni hâli gösterir nüfus kayıt örneği, 3- Kimlik fotokopisi.</w:t>
      </w:r>
    </w:p>
    <w:p>
      <w:pPr>
        <w:spacing w:after="120"/>
        <w:jc w:val="both"/>
      </w:pPr>
      <w:r>
        <w:rPr>
          <w:b/>
        </w:rPr>
        <w:t xml:space="preserve">SONUÇ VE İSTEM: </w:t>
      </w:r>
      <w:r>
        <w:t>Taşınmazın tapu kütüğüne aile konutu şerhi verilmesini ve şerhin işlendiği tapu kaydının bir örneğinin tarafıma verilmesini saygılarımla arz ve talep ederim. …/…/……</w:t>
      </w:r>
    </w:p>
    <w:p>
      <w:pPr>
        <w:spacing w:after="120"/>
        <w:jc w:val="both"/>
      </w:pPr>
      <w:r>
        <w:rPr>
          <w:b/>
        </w:rPr>
        <w:t xml:space="preserve">TALEP EDEN: </w:t>
      </w:r>
      <w:r>
        <w:t>Adı Soyadı – İmza</w:t>
      </w:r>
    </w:p>
    <w:p/>
    <w:p>
      <w:r>
        <w:rPr>
          <w:i/>
          <w:sz w:val="17"/>
        </w:rPr>
        <w:t>Bu dilekçe örneği Av. Aydın Aydar (avukataydinaydar.com) tarafından genel bilgilendirme amacıyla hazırlanmıştır; her dosya farklıdır. Noktalı alanları doldurun, durumunuza uymayan cümleleri çıkarın ve tapu müdürlüğüne vermeden önce bir avukata kontrol ettirin.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