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NÖBETÇİ AİLE MAHKEMESİNE</w:t>
      </w:r>
    </w:p>
    <w:p>
      <w:pPr>
        <w:spacing w:after="120"/>
      </w:pPr>
      <w:r>
        <w:rPr>
          <w:b/>
        </w:rPr>
        <w:t xml:space="preserve">DAVACI: </w:t>
      </w:r>
      <w:r>
        <w:t>……… (T.C. Kimlik No: ………) Adres: ………</w:t>
      </w:r>
    </w:p>
    <w:p>
      <w:pPr>
        <w:spacing w:after="120"/>
      </w:pPr>
      <w:r>
        <w:rPr>
          <w:b/>
        </w:rPr>
        <w:t xml:space="preserve">DAVALI: </w:t>
      </w:r>
      <w:r>
        <w:t>……… (T.C. Kimlik No: ………) Adres: ………</w:t>
      </w:r>
    </w:p>
    <w:p>
      <w:pPr>
        <w:spacing w:after="120"/>
      </w:pPr>
      <w:r>
        <w:rPr>
          <w:b/>
        </w:rPr>
        <w:t xml:space="preserve">KONU: </w:t>
      </w:r>
      <w:r>
        <w:t>TMK m. 166/3 uyarınca anlaşmalı boşanma ve ekli protokolün onaylanması talebidir.</w:t>
      </w:r>
    </w:p>
    <w:p>
      <w:pPr>
        <w:spacing w:before="160"/>
      </w:pPr>
      <w:r>
        <w:rPr>
          <w:b/>
        </w:rPr>
        <w:t>AÇIKLAMALAR:</w:t>
      </w:r>
    </w:p>
    <w:p>
      <w:pPr>
        <w:spacing w:after="100"/>
        <w:jc w:val="both"/>
      </w:pPr>
      <w:r>
        <w:t>1. Taraflar …/…/…… tarihinde ……… Evlendirme Memurluğunda evlenmiş olup evlilik birliği bir yılı aşkın süredir devam etmektedir (Ek-1 nüfus kayıt örneği).</w:t>
      </w:r>
    </w:p>
    <w:p>
      <w:pPr>
        <w:spacing w:after="100"/>
        <w:jc w:val="both"/>
      </w:pPr>
      <w:r>
        <w:t>2. Tarafların bu evlilikten müşterek çocukları bulunmamaktadır.</w:t>
      </w:r>
    </w:p>
    <w:p>
      <w:pPr>
        <w:spacing w:after="100"/>
        <w:jc w:val="both"/>
      </w:pPr>
      <w:r>
        <w:t>3. Taraflar arasındaki evlilik birliği, karşılıklı sevgi ve saygının yitirilmesi ve görüş ayrılıklarının giderilememesi nedeniyle temelinden sarsılmış; ortak hayatın sürdürülmesi taraflardan beklenemez hâle gelmiştir.</w:t>
      </w:r>
    </w:p>
    <w:p>
      <w:pPr>
        <w:spacing w:after="100"/>
        <w:jc w:val="both"/>
      </w:pPr>
      <w:r>
        <w:t>4. Taraflar, boşanma konusunda ve boşanmanın malî sonuçları ile çocukların durumu hakkında tam bir anlaşmaya varmış; bu anlaşmayı ekli …/…/…… tarihli anlaşmalı boşanma protokolünde madde madde düzenleyerek imzalamışlardır (Ek-2).</w:t>
      </w:r>
    </w:p>
    <w:p>
      <w:pPr>
        <w:spacing w:after="100"/>
        <w:jc w:val="both"/>
      </w:pPr>
      <w:r>
        <w:t>5. Davalı eş, davayı ve ekli protokolü kabul ettiğini duruşmada Sayın Mahkeme huzurunda bizzat beyan edecektir. Taraflar duruşmada hazır bulunacaklardır. Evlilik bir yılı doldurduğundan ve taraflar her konuda anlaşmış olduğundan TMK m. 166/3'teki şartlar gerçekleşmiştir.</w:t>
      </w:r>
    </w:p>
    <w:p>
      <w:pPr>
        <w:spacing w:after="120"/>
      </w:pPr>
      <w:r>
        <w:rPr>
          <w:b/>
        </w:rPr>
        <w:t xml:space="preserve">HUKUKİ NEDENLER: </w:t>
      </w:r>
      <w:r>
        <w:t>4721 sayılı TMK m. 166/3, 184; 6100 sayılı HMK m. 119 ve ilgili mevzuat.</w:t>
      </w:r>
    </w:p>
    <w:p>
      <w:pPr>
        <w:spacing w:after="120"/>
      </w:pPr>
      <w:r>
        <w:rPr>
          <w:b/>
        </w:rPr>
        <w:t xml:space="preserve">DELİLLER: </w:t>
      </w:r>
      <w:r>
        <w:t>Nüfus kayıt örneği, …/…/…… tarihli anlaşmalı boşanma protokolü ve her türlü yasal delil.</w:t>
      </w:r>
    </w:p>
    <w:p>
      <w:pPr>
        <w:spacing w:before="160"/>
      </w:pPr>
      <w:r>
        <w:rPr>
          <w:b/>
        </w:rPr>
        <w:t>SONUÇ VE İSTEM:</w:t>
      </w:r>
    </w:p>
    <w:p>
      <w:pPr>
        <w:spacing w:after="100"/>
        <w:jc w:val="both"/>
      </w:pPr>
      <w:r>
        <w:t>Yukarıda açıklanan ve Sayın Mahkemece re'sen gözetilecek nedenlerle;</w:t>
      </w:r>
    </w:p>
    <w:p>
      <w:pPr>
        <w:spacing w:after="100"/>
        <w:jc w:val="both"/>
      </w:pPr>
      <w:r>
        <w:t>1) Tarafların 4721 sayılı Türk Medeni Kanunu'nun 166/3. maddesi uyarınca anlaşmalı olarak BOŞANMALARINA,</w:t>
      </w:r>
    </w:p>
    <w:p>
      <w:pPr>
        <w:spacing w:after="100"/>
        <w:jc w:val="both"/>
      </w:pPr>
      <w:r>
        <w:t>2) Ekli …/…/…… tarihli anlaşmalı boşanma protokolünün TMK m. 184/5 uyarınca onaylanarak kararın eki sayılmasına ve protokol hükümlerinin hüküm fıkrasında ayrı ayrı gösterilmesine,</w:t>
      </w:r>
    </w:p>
    <w:p>
      <w:pPr>
        <w:spacing w:after="100"/>
        <w:jc w:val="both"/>
      </w:pPr>
      <w:r>
        <w:t>3) Yargılama giderleri ve vekâlet ücretinin protokolde kararlaştırıldığı şekilde taraflar üzerinde bırakılmasına,</w:t>
      </w:r>
    </w:p>
    <w:p>
      <w:pPr>
        <w:spacing w:after="100"/>
        <w:jc w:val="both"/>
      </w:pPr>
      <w:r>
        <w:t>4) Duruşma gününün mümkün olan en yakın tarihe verilmesine karar verilmesini saygılarımızla arz ve talep ederiz.</w:t>
      </w:r>
    </w:p>
    <w:p>
      <w:pPr>
        <w:spacing w:after="100"/>
        <w:jc w:val="both"/>
      </w:pPr>
      <w:r>
        <w:t>…/…/……</w:t>
      </w:r>
    </w:p>
    <w:p>
      <w:pPr>
        <w:spacing w:after="120"/>
      </w:pPr>
      <w:r>
        <w:rPr>
          <w:b/>
        </w:rPr>
        <w:t xml:space="preserve">EKLER: </w:t>
      </w:r>
      <w:r>
        <w:t>1- Nüfus kayıt örneği; 2- Anlaşmalı boşanma protokolü (… sayfa, her iki eş tarafından imzalı)</w:t>
      </w:r>
    </w:p>
    <w:p/>
    <w:tbl>
      <w:tblPr>
        <w:tblW w:type="auto" w:w="0"/>
        <w:tblLook w:firstColumn="1" w:firstRow="1" w:lastColumn="0" w:lastRow="0" w:noHBand="0" w:noVBand="1" w:val="04A0"/>
      </w:tblPr>
      <w:tblGrid>
        <w:gridCol w:w="9406"/>
      </w:tblGrid>
      <w:tr>
        <w:tc>
          <w:tcPr>
            <w:tcW w:type="dxa" w:w="9406"/>
          </w:tcPr>
          <w:p>
            <w:pPr>
              <w:jc w:val="center"/>
            </w:pPr>
            <w:r>
              <w:rPr>
                <w:b/>
              </w:rPr>
              <w:t>DAVACI</w:t>
              <w:br/>
              <w:t>Adı Soyadı – İmza</w:t>
            </w:r>
          </w:p>
        </w:tc>
      </w:tr>
    </w:tbl>
    <w:p/>
    <w:p>
      <w:r>
        <w:rPr>
          <w:i/>
          <w:sz w:val="17"/>
        </w:rPr>
        <w:t>Bu dilekçe örneği Av. Aydın Aydar (avukataydinaydar.com) tarafından genel bilgilendirme amacıyla hazırlanmıştır; her dosya farklıdır. Noktalı alanları doldurun, durumunuza uymayan cümleleri çıkarın, protokolü mutlaka ekleyin ve mahkemeye vermeden önce bir boşanma avukatına kontrol ettirin. Dilekçe en az iki nüsha hazırlanır; bir nüshası 'alındı' kaşesiyle sizde kalır.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