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26"/>
        </w:rPr>
        <w:t>……… AİLE MAHKEMESİ SAYIN HÂKİMLİĞİNE</w:t>
      </w:r>
    </w:p>
    <w:p>
      <w:pPr>
        <w:spacing w:after="120"/>
      </w:pPr>
      <w:r>
        <w:rPr>
          <w:b/>
        </w:rPr>
        <w:t xml:space="preserve">DOSYA NO: </w:t>
      </w:r>
      <w:r>
        <w:t>2026/……… E.</w:t>
      </w:r>
    </w:p>
    <w:p>
      <w:pPr>
        <w:spacing w:after="120"/>
      </w:pPr>
      <w:r>
        <w:rPr>
          <w:b/>
        </w:rPr>
        <w:t xml:space="preserve">BEYANDA BULUNAN (DAVALI): </w:t>
      </w:r>
      <w:r>
        <w:t>……… (T.C. Kimlik No: ………) Adres: ………</w:t>
      </w:r>
    </w:p>
    <w:p>
      <w:pPr>
        <w:spacing w:after="120"/>
      </w:pPr>
      <w:r>
        <w:rPr>
          <w:b/>
        </w:rPr>
        <w:t xml:space="preserve">DAVACI: </w:t>
      </w:r>
      <w:r>
        <w:t>………</w:t>
      </w:r>
    </w:p>
    <w:p>
      <w:pPr>
        <w:spacing w:after="120"/>
      </w:pPr>
      <w:r>
        <w:rPr>
          <w:b/>
        </w:rPr>
        <w:t xml:space="preserve">KONU: </w:t>
      </w:r>
      <w:r>
        <w:t>Anlaşmalı boşanma davasının kabulü ve protokolün onaylanması talebine ilişkin beyanlarımızdır.</w:t>
      </w:r>
    </w:p>
    <w:p>
      <w:pPr>
        <w:spacing w:before="160"/>
      </w:pPr>
      <w:r>
        <w:rPr>
          <w:b/>
        </w:rPr>
        <w:t>AÇIKLAMALAR:</w:t>
      </w:r>
    </w:p>
    <w:p>
      <w:pPr>
        <w:spacing w:after="100"/>
        <w:jc w:val="both"/>
      </w:pPr>
      <w:r>
        <w:t>1. Davacı eşim tarafından Sayın Mahkemenizde açılan anlaşmalı boşanma davasının dilekçesi tarafıma tebliğ edilmiştir.</w:t>
      </w:r>
    </w:p>
    <w:p>
      <w:pPr>
        <w:spacing w:after="100"/>
        <w:jc w:val="both"/>
      </w:pPr>
      <w:r>
        <w:t>2. Evlilik birliğimiz temelinden sarsılmış olup boşanmayı ben de istiyorum. Davacının boşanma talebini ve dava dilekçesinin ekinde yer alan …/…/…… tarihli anlaşmalı boşanma protokolünü serbest irademle imzaladığımı, protokol hükümlerini aynen kabul ettiğimi beyan ederim.</w:t>
      </w:r>
    </w:p>
    <w:p>
      <w:pPr>
        <w:spacing w:after="100"/>
        <w:jc w:val="both"/>
      </w:pPr>
      <w:r>
        <w:t>3. Boşanmanın malî sonuçları ve çocukların durumu hakkında protokolde yazılı düzenlemeler dışında herhangi bir talebim bulunmamaktadır.</w:t>
      </w:r>
    </w:p>
    <w:p>
      <w:pPr>
        <w:spacing w:after="100"/>
        <w:jc w:val="both"/>
      </w:pPr>
      <w:r>
        <w:t>4. Duruşmada hazır bulunarak bu beyanlarımı Sayın Hâkim huzurunda bizzat tekrarlayacağım.</w:t>
      </w:r>
    </w:p>
    <w:p>
      <w:pPr>
        <w:spacing w:after="120"/>
      </w:pPr>
      <w:r>
        <w:rPr>
          <w:b/>
        </w:rPr>
        <w:t xml:space="preserve">HUKUKİ NEDENLER: </w:t>
      </w:r>
      <w:r>
        <w:t>4721 sayılı TMK m. 166/3, 184; 6100 sayılı HMK m. 129 ve ilgili mevzuat.</w:t>
      </w:r>
    </w:p>
    <w:p>
      <w:pPr>
        <w:spacing w:after="120"/>
      </w:pPr>
      <w:r>
        <w:rPr>
          <w:b/>
        </w:rPr>
        <w:t xml:space="preserve">DELİLLER: </w:t>
      </w:r>
      <w:r>
        <w:t>Dava dosyası, …/…/…… tarihli anlaşmalı boşanma protokolü.</w:t>
      </w:r>
    </w:p>
    <w:p>
      <w:pPr>
        <w:spacing w:before="160"/>
      </w:pPr>
      <w:r>
        <w:rPr>
          <w:b/>
        </w:rPr>
        <w:t>SONUÇ VE İSTEM:</w:t>
      </w:r>
    </w:p>
    <w:p>
      <w:pPr>
        <w:spacing w:after="100"/>
        <w:jc w:val="both"/>
      </w:pPr>
      <w:r>
        <w:t>Yukarıda açıklanan ve Sayın Mahkemece re'sen gözetilecek nedenlerle;</w:t>
      </w:r>
    </w:p>
    <w:p>
      <w:pPr>
        <w:spacing w:after="100"/>
        <w:jc w:val="both"/>
      </w:pPr>
      <w:r>
        <w:t>1) Davanın kabulü ile tarafların TMK m. 166/3 uyarınca anlaşmalı olarak boşanmalarına,</w:t>
      </w:r>
    </w:p>
    <w:p>
      <w:pPr>
        <w:spacing w:after="100"/>
        <w:jc w:val="both"/>
      </w:pPr>
      <w:r>
        <w:t>2) …/…/…… tarihli protokolün onaylanarak kararın eki sayılmasına,</w:t>
      </w:r>
    </w:p>
    <w:p>
      <w:pPr>
        <w:spacing w:after="100"/>
        <w:jc w:val="both"/>
      </w:pPr>
      <w:r>
        <w:t>3) Duruşma gününün en yakın tarihe verilmesine karar verilmesini saygılarımla arz ve talep ederim.</w:t>
      </w:r>
    </w:p>
    <w:p>
      <w:pPr>
        <w:spacing w:after="100"/>
        <w:jc w:val="both"/>
      </w:pPr>
      <w:r>
        <w:t>…/…/……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center"/>
            </w:pPr>
            <w:r>
              <w:rPr>
                <w:b/>
              </w:rPr>
              <w:t>DAVALI</w:t>
              <w:br/>
              <w:t>Adı Soyadı – İmza</w:t>
            </w:r>
          </w:p>
        </w:tc>
      </w:tr>
    </w:tbl>
    <w:p/>
    <w:p>
      <w:r>
        <w:rPr>
          <w:i/>
          <w:sz w:val="17"/>
        </w:rPr>
        <w:t>Bu dilekçe örneği Av. Aydın Aydar (avukataydinaydar.com) tarafından genel bilgilendirme amacıyla hazırlanmıştır; her dosya farklıdır. Noktalı alanları doldurun, durumunuza uymayan cümleleri çıkarın, protokolü mutlaka ekleyin ve mahkemeye vermeden önce bir boşanma avukatına kontrol ettirin. Dilekçe en az iki nüsha hazırlanır; bir nüshası 'alındı' kaşesiyle sizde kalır.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